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bidi w:val="1"/>
        <w:jc w:val="center"/>
      </w:pPr>
      <w:r>
        <w:rPr>
          <w:rFonts w:ascii="Arial" w:hAnsi="Arial" w:cs="Arial"/>
          <w:b w:val="0"/>
          <w:sz w:val="120"/>
          <w:rtl/>
          <w:szCs w:val="120"/>
        </w:rPr>
        <w:t>💧</w:t>
      </w:r>
    </w:p>
    <w:p>
      <w:pPr>
        <w:bidi w:val="1"/>
        <w:jc w:val="center"/>
      </w:pPr>
      <w:r>
        <w:rPr>
          <w:rFonts w:ascii="Arial" w:hAnsi="Arial" w:cs="Arial"/>
          <w:b/>
          <w:color w:val="2C2FB8"/>
          <w:sz w:val="56"/>
          <w:rtl/>
          <w:szCs w:val="56"/>
          <w:bCs/>
        </w:rPr>
        <w:t>מסע של טיפה – דף עבודה</w:t>
      </w:r>
    </w:p>
    <w:p>
      <w:pPr>
        <w:bidi w:val="1"/>
        <w:jc w:val="center"/>
      </w:pPr>
      <w:r>
        <w:rPr>
          <w:rFonts w:ascii="Arial" w:hAnsi="Arial" w:cs="Arial"/>
          <w:b w:val="0"/>
          <w:color w:val="55597A"/>
          <w:sz w:val="30"/>
          <w:rtl/>
          <w:szCs w:val="30"/>
        </w:rPr>
        <w:t>מחזור המים · מסלול עולים חדשים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/>
          <w:szCs w:val="25"/>
          <w:bCs/>
        </w:rPr>
        <w:t>📑 תוכן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חלק א׳ – השלמה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חלק ב׳ – התאמה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חלק ג׳ – ציור וכתיבה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כרטיס יציאה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jc w:val="center"/>
      </w:pPr>
      <w:r>
        <w:rPr>
          <w:rFonts w:ascii="Arial" w:hAnsi="Arial" w:cs="Arial"/>
          <w:b/>
          <w:sz w:val="24"/>
          <w:rtl/>
          <w:szCs w:val="24"/>
          <w:bCs/>
        </w:rPr>
        <w:t>יצרה: רוית ראש בן ישי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מהדורה למורה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דף עבודה ליחידה לדוגמה "מסע של טיפה" במסלול עולים חדשים. מתאים לתחנות 2–5 ביחידה או כשיעורי בית.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חלק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תשובה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1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השמש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2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אידוי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3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התעבות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4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משקעים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א׳ 5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חלחול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אידוי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הופכים לאדים ועולים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התעבות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אדים מתקררים והופכים לטיפות בענן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משקעים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יורדים מהענן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ב׳ – זרימה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נעים בנחלים אל הים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ג׳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ציור עם 4 חצים לפחות: אידוי ← התעבות ← משקעים ← זרימה/חלחול; הסבר על חשיבות המים לחיים ורעיון מעשי לחיסכון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מחוון לחלק ג׳ (20 נק׳)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0"/>
        <w:gridCol w:w="5100"/>
      </w:tblGrid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קריטריון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נקודות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שלבים נכונים ובסדר בציור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8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הסבר למה מחזור המים חשוב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</w:tr>
      <w:tr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רעיון מעשי לחיסכון במים</w:t>
            </w:r>
          </w:p>
        </w:tc>
        <w:tc>
          <w:tcPr>
            <w:tcW w:type="dxa" w:w="51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6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מפת התאמות והנגשות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שכבה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כללי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חנ״מ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עולים חדשים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יסודי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משחקים קצרים, כפתורים גדולים במיוחד, עוגני אימוג׳י ותמונה, "נסו בעצמכם" מוחשי.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כפתור הקראה לכל טקסט ומשימה; לכל היותר 2–3 אפשרויות במשחקי בחירה.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חזותי קופץ (תמונה/אימוג׳י, לא הסבר מילולי); משחקי סידור עם מילים יומיומיות.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חט״ב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מיונים לקטגוריות, כללי לשון, משחקי מפה דינמיים.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רמזים מדורגים אחרי שתי טעויות (מכוונים, לא נותנים תשובה); עיצוב וצבעים קבועים (סיבה=ירוק, תוצאה=כחול).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מחסן מילות קישור צבעוני לפי תפקיד (ניגוד/הוספה/סיבה/תוצאה); טקסטים בלי ניקוד במשפטים קצרים ותחביר פשוט.</w:t>
            </w:r>
          </w:p>
        </w:tc>
      </w:tr>
      <w:tr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תיכון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סימולציות מורכבות, דילמות מנהיגות (מסורת / בדיוני), הסקה מסדר גבוה, מיומנויות בגרות.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חלוקה לנתחים – הנתח הבא נפתח אחרי מטלה קטנה; בלי שעוני ספירה לאחור (בכל מסלולי חנ״מ).</w:t>
            </w:r>
          </w:p>
        </w:tc>
        <w:tc>
          <w:tcPr>
            <w:tcW w:type="dxa" w:w="255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מילון במגע למילים ברמה גבוהה עם הסבר פשוט ומילים נרדפות; שאלות במבנה של שאלות הבנת הנקרא.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8F84"/>
          <w:sz w:val="25"/>
          <w:rtl/>
          <w:szCs w:val="25"/>
          <w:bCs/>
        </w:rPr>
        <w:t>◆ דגשים למסלול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השתמשו במילון התמונות; אפשר לכתוב מילה אחת או משפט קצר; עודדו שימוש במילון דו־לשוני.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2C2FB8"/>
          <w:sz w:val="43"/>
          <w:rtl/>
          <w:szCs w:val="43"/>
          <w:bCs/>
        </w:rPr>
        <w:t>💧 מסע של טיפה</w:t>
      </w:r>
    </w:p>
    <w:p>
      <w:pPr>
        <w:bidi w:val="1"/>
        <w:jc w:val="right"/>
      </w:pPr>
      <w:r>
        <w:rPr>
          <w:rFonts w:ascii="Arial" w:hAnsi="Arial" w:cs="Arial"/>
          <w:b/>
          <w:sz w:val="23"/>
          <w:rtl/>
          <w:szCs w:val="23"/>
          <w:bCs/>
        </w:rPr>
        <w:t>שם: ______________     כיתה: ______________     תאריך: 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0B8F84"/>
          <w:sz w:val="25"/>
          <w:rtl/>
          <w:szCs w:val="25"/>
          <w:bCs/>
        </w:rPr>
        <w:t>◆ 📖 מילון התמונות שלי (התרגומים לבדיקה)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457"/>
        <w:gridCol w:w="1457"/>
        <w:gridCol w:w="1457"/>
        <w:gridCol w:w="1457"/>
        <w:gridCol w:w="1457"/>
        <w:gridCol w:w="1457"/>
        <w:gridCol w:w="1457"/>
      </w:tblGrid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አማርኛ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العربية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Français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💧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water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вода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ውሃ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ماء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eau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שמש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☀️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sun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солнце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ፀሐይ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شمس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soleil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ענן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☁️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cloud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облако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ደመና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غيمة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nuage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גשם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🌧️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rain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дождь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ዝናብ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مطر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pluie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ים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🌊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sea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море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ባሕር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بحر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mer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אדמה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🟫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soil / ground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земля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አፈር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تربة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sol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אידוי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♨️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evaporation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испарение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ትነት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تبخّر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évaporation</w:t>
            </w:r>
          </w:p>
        </w:tc>
      </w:tr>
      <w:tr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התעבות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💨➡️💧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condensation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конденсация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ጤዛ መሆን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تكاثف</w:t>
            </w:r>
          </w:p>
        </w:tc>
        <w:tc>
          <w:tcPr>
            <w:tcW w:type="dxa" w:w="1457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condensation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א׳ – השלימו את המשפטים</w:t>
      </w:r>
    </w:p>
    <w:p>
      <w:pPr>
        <w:bidi w:val="1"/>
        <w:jc w:val="right"/>
      </w:pPr>
      <w:r>
        <w:rPr>
          <w:rFonts w:ascii="Arial" w:hAnsi="Arial" w:cs="Arial"/>
          <w:b/>
          <w:sz w:val="23"/>
          <w:rtl/>
          <w:szCs w:val="23"/>
          <w:bCs/>
        </w:rPr>
        <w:t>מחסן מילים: השמש · אידוי · התעבות · משקעים · חלחול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1. ____________ מחממת את המים בים ובאגמים.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2. כשהמים הופכים לאדים, קוראים לזה ____________.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3. אדים שמתקררים הופכים לטיפות – זו ____________.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4. גשם, שלג וברד הם ____________.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5. כשמים נכנסים לאדמה, זה ____________.</w:t>
      </w:r>
    </w:p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ב׳ – מתחו קו בין השלב לתיאור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השלב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/>
                <w:szCs w:val="21"/>
                <w:bCs/>
              </w:rPr>
              <w:t>התיאור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אידוי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נעים בנחלים אל הים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התעבות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יורדים מהענן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משקעים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אדים מתקררים והופכים לטיפות בענן</w:t>
            </w:r>
          </w:p>
        </w:tc>
      </w:tr>
      <w:tr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זרימה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○        ○</w:t>
            </w:r>
          </w:p>
        </w:tc>
        <w:tc>
          <w:tcPr>
            <w:tcW w:type="dxa" w:w="340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/>
                <w:szCs w:val="21"/>
              </w:rPr>
              <w:t>מים הופכים לאדים ועולים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3D3FD6"/>
          <w:sz w:val="31"/>
          <w:rtl/>
          <w:szCs w:val="31"/>
          <w:bCs/>
        </w:rPr>
        <w:t>חלק ג׳ – ציירו וכתבו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ציירו את מחזור המים עם חצים, וכתבו מילה ליד כל חץ: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כתבו 2 משפטים: "מים חשובים כי… 💧" "אני חוסך/ת מים כש… 🚰"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/>
          <w:color w:val="E8483A"/>
          <w:sz w:val="25"/>
          <w:rtl/>
          <w:szCs w:val="25"/>
          <w:bCs/>
        </w:rPr>
        <w:t>🎫 כרטיס יציאה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דבר אחד שלמדתי: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p>
      <w:pPr>
        <w:bidi w:val="1"/>
        <w:jc w:val="right"/>
      </w:pPr>
      <w:r>
        <w:rPr>
          <w:rFonts w:ascii="Arial" w:hAnsi="Arial" w:cs="Arial"/>
          <w:b w:val="0"/>
          <w:sz w:val="23"/>
          <w:rtl/>
          <w:szCs w:val="23"/>
        </w:rPr>
        <w:t>שאלה שיש לי:</w:t>
      </w:r>
    </w:p>
    <w:p>
      <w:pPr>
        <w:bidi w:val="1"/>
        <w:jc w:val="right"/>
      </w:pPr>
      <w:r>
        <w:rPr>
          <w:rFonts w:ascii="Arial" w:hAnsi="Arial" w:cs="Arial"/>
          <w:b w:val="0"/>
          <w:color w:val="9A9DD6"/>
          <w:sz w:val="23"/>
          <w:rtl/>
          <w:szCs w:val="23"/>
        </w:rPr>
        <w:t>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55597A"/>
        <w:sz w:val="18"/>
        <w:rtl/>
        <w:szCs w:val="18"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3D3FD6"/>
        <w:sz w:val="18"/>
        <w:rtl/>
        <w:szCs w:val="18"/>
      </w:rPr>
      <w:t>🧱 מסע של טיפה – דף עבודה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