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bidi w:val="1"/>
        <w:jc w:val="center"/>
      </w:pPr>
      <w:r>
        <w:rPr>
          <w:rFonts w:ascii="Arial" w:hAnsi="Arial" w:cs="Arial"/>
          <w:b w:val="0"/>
          <w:sz w:val="120"/>
          <w:rtl/>
          <w:szCs w:val="120"/>
        </w:rPr>
        <w:t>🧱</w:t>
      </w:r>
    </w:p>
    <w:p>
      <w:pPr>
        <w:bidi w:val="1"/>
        <w:jc w:val="center"/>
      </w:pPr>
      <w:r>
        <w:rPr>
          <w:rFonts w:ascii="Arial" w:hAnsi="Arial" w:cs="Arial"/>
          <w:b/>
          <w:color w:val="2C2FB8"/>
          <w:sz w:val="56"/>
          <w:rtl/>
          <w:szCs w:val="56"/>
          <w:bCs/>
        </w:rPr>
        <w:t>דף משתתף/ת – בונים יחידת לימוד דיגיטלית</w:t>
      </w:r>
    </w:p>
    <w:p>
      <w:pPr>
        <w:bidi w:val="1"/>
        <w:jc w:val="center"/>
      </w:pPr>
      <w:r>
        <w:rPr>
          <w:rFonts w:ascii="Arial" w:hAnsi="Arial" w:cs="Arial"/>
          <w:b w:val="0"/>
          <w:color w:val="55597A"/>
          <w:sz w:val="30"/>
          <w:rtl/>
          <w:szCs w:val="30"/>
        </w:rPr>
        <w:t>סדנה למורות ולמורים · 90 דקות</w:t>
      </w:r>
    </w:p>
    <w:p>
      <w:pPr>
        <w:bidi w:val="1"/>
        <w:jc w:val="right"/>
      </w:pPr>
      <w:r>
        <w:rPr>
          <w:rFonts w:ascii="Arial" w:hAnsi="Arial" w:cs="Arial"/>
          <w:b/>
          <w:sz w:val="25"/>
          <w:rtl/>
          <w:szCs w:val="25"/>
          <w:bCs/>
        </w:rPr>
        <w:t>📑 תוכן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1. מהדורה למנחה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2. חלק א׳ – שלושת העקרונות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3. חלק ב׳ – תכנון היחידה שלי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4. חלק ג׳ – בקשה לכלי שיחה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5. כרטיס יציאה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/>
          <w:b/>
          <w:sz w:val="24"/>
          <w:rtl/>
          <w:szCs w:val="24"/>
          <w:bCs/>
        </w:rPr>
        <w:t>יצרה: רוית ראש בן ישי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2C2FB8"/>
          <w:sz w:val="43"/>
          <w:rtl/>
          <w:szCs w:val="43"/>
          <w:bCs/>
        </w:rPr>
        <w:t>מהדורה למנחה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הדף מלווה את הסדנה מתחילתה ועד סופה. כל משתתף/ת ממלא/ת אותו בזמן העבודה, ובסוף נשאר בידיו/ה שלד של יחידה אמיתית.</w:t>
      </w:r>
    </w:p>
    <w:p>
      <w:pPr>
        <w:bidi w:val="1"/>
        <w:jc w:val="right"/>
      </w:pPr>
      <w:r>
        <w:rPr>
          <w:rFonts w:ascii="Arial" w:hAnsi="Arial" w:cs="Arial"/>
          <w:b/>
          <w:color w:val="3D3FD6"/>
          <w:sz w:val="31"/>
          <w:rtl/>
          <w:szCs w:val="31"/>
          <w:bCs/>
        </w:rPr>
        <w:t>איך משתמשים בדף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חלק</w:t>
            </w:r>
          </w:p>
        </w:tc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מתי בסדנה</w:t>
            </w:r>
          </w:p>
        </w:tc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מה מצפים לראות</w:t>
            </w:r>
          </w:p>
        </w:tc>
      </w:tr>
      <w:tr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חלק א׳</w:t>
            </w:r>
          </w:p>
        </w:tc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דקות 10–25</w:t>
            </w:r>
          </w:p>
        </w:tc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לכל עיקרון – דוגמה מהיחידה "מסע של טיפה" ודוגמה מהכיתה של המשתתף/ת</w:t>
            </w:r>
          </w:p>
        </w:tc>
      </w:tr>
      <w:tr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חלק ב׳</w:t>
            </w:r>
          </w:p>
        </w:tc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דקות 25–45</w:t>
            </w:r>
          </w:p>
        </w:tc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נושא ממוקד, 3 מטרות בפעלים, מפת 4–6 תחנות, 3 סוגי משימות לפחות</w:t>
            </w:r>
          </w:p>
        </w:tc>
      </w:tr>
      <w:tr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חלק ג׳</w:t>
            </w:r>
          </w:p>
        </w:tc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דקות 45–75</w:t>
            </w:r>
          </w:p>
        </w:tc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בקשה מלאה לכלי שיחה: שם, מטרה, קהל, בעיה, שדות ותוצר</w:t>
            </w:r>
          </w:p>
        </w:tc>
      </w:tr>
      <w:tr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כרטיס יציאה</w:t>
            </w:r>
          </w:p>
        </w:tc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דקות 85–90</w:t>
            </w:r>
          </w:p>
        </w:tc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לבנה אחת מעשית למחר</w:t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3D3FD6"/>
          <w:sz w:val="31"/>
          <w:rtl/>
          <w:szCs w:val="31"/>
          <w:bCs/>
        </w:rPr>
        <w:t>תשובות אפשריות לחלק א׳ (מהיחידה לדוגמה)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0"/>
        <w:gridCol w:w="5100"/>
      </w:tblGrid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עיקרון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איפה רואים אותו ב"מסע של טיפה"</w:t>
            </w:r>
          </w:p>
        </w:tc>
      </w:tr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מבנה ומטרות ברורים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מטרות בראש היחידה, 5 תחנות ממוספרות, רשימת התקדמות "סיימתי ✔"</w:t>
            </w:r>
          </w:p>
        </w:tc>
      </w:tr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בחירה ודיפרנציאציה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טקסט שונה לכל מסלול (רגיל/חנ״מ/עולים), בחירה בתוצר הסיכום</w:t>
            </w:r>
          </w:p>
        </w:tc>
      </w:tr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משוב ורפלקציה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חידון עם משוב מיידי, קיר שיתופי, מחוון גלוי, שאלת רפלקציה</w:t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3D3FD6"/>
          <w:sz w:val="31"/>
          <w:rtl/>
          <w:szCs w:val="31"/>
          <w:bCs/>
        </w:rPr>
        <w:t>מפת התאמות והנגשות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שכבה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כללי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חנ״מ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עולים חדשים</w:t>
            </w:r>
          </w:p>
        </w:tc>
      </w:tr>
      <w:tr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יסודי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משחקים קצרים, כפתורים גדולים במיוחד, עוגני אימוג׳י ותמונה, "נסו בעצמכם" מוחשי.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כפתור הקראה לכל טקסט ומשימה; לכל היותר 2–3 אפשרויות במשחקי בחירה.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מילון חזותי קופץ (תמונה/אימוג׳י, לא הסבר מילולי); משחקי סידור עם מילים יומיומיות.</w:t>
            </w:r>
          </w:p>
        </w:tc>
      </w:tr>
      <w:tr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חט״ב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מיונים לקטגוריות, כללי לשון, משחקי מפה דינמיים.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רמזים מדורגים אחרי שתי טעויות (מכוונים, לא נותנים תשובה); עיצוב וצבעים קבועים (סיבה=ירוק, תוצאה=כחול).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מחסן מילות קישור צבעוני לפי תפקיד (ניגוד/הוספה/סיבה/תוצאה); טקסטים בלי ניקוד במשפטים קצרים ותחביר פשוט.</w:t>
            </w:r>
          </w:p>
        </w:tc>
      </w:tr>
      <w:tr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תיכון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סימולציות מורכבות, דילמות מנהיגות (מסורת / בדיוני), הסקה מסדר גבוה, מיומנויות בגרות.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חלוקה לנתחים – הנתח הבא נפתח אחרי מטלה קטנה; בלי שעוני ספירה לאחור (בכל מסלולי חנ״מ).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מילון במגע למילים ברמה גבוהה עם הסבר פשוט ומילים נרדפות; שאלות במבנה של שאלות הבנת הנקרא.</w:t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8F84"/>
          <w:sz w:val="25"/>
          <w:rtl/>
          <w:szCs w:val="25"/>
          <w:bCs/>
        </w:rPr>
        <w:t>◆ טיפ למנחה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משתתף/ת שנתקע/ת בבחירת נושא – הציעו נושא שמלמדים בחודש הקרוב. נושא אמיתי = מוטיבציה אמיתית.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2C2FB8"/>
          <w:sz w:val="43"/>
          <w:rtl/>
          <w:szCs w:val="43"/>
          <w:bCs/>
        </w:rPr>
        <w:t>דף משתתף/ת</w:t>
      </w:r>
    </w:p>
    <w:p>
      <w:pPr>
        <w:bidi w:val="1"/>
        <w:jc w:val="right"/>
      </w:pPr>
      <w:r>
        <w:rPr>
          <w:rFonts w:ascii="Arial" w:hAnsi="Arial" w:cs="Arial"/>
          <w:b/>
          <w:sz w:val="23"/>
          <w:rtl/>
          <w:szCs w:val="23"/>
          <w:bCs/>
        </w:rPr>
        <w:t>שם: ______________     תאריך: ______________     תחום דעת: 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3D3FD6"/>
          <w:sz w:val="31"/>
          <w:rtl/>
          <w:szCs w:val="31"/>
          <w:bCs/>
        </w:rPr>
        <w:t>חלק א׳ – שלושת העקרונות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לכל עיקרון: איפה ראיתם אותו ביחידה לדוגמה, ואיך הוא ייראה ביחידה שלכם?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עיקרון</w:t>
            </w:r>
          </w:p>
        </w:tc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ביחידה לדוגמה</w:t>
            </w:r>
          </w:p>
        </w:tc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ביחידה שלי</w:t>
            </w:r>
          </w:p>
        </w:tc>
      </w:tr>
      <w:tr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🧱 מבנה ומטרות ברורים</w:t>
            </w:r>
          </w:p>
        </w:tc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</w:tc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</w:tc>
      </w:tr>
      <w:tr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🔀 בחירה ודיפרנציאציה</w:t>
            </w:r>
          </w:p>
        </w:tc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</w:tc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</w:tc>
      </w:tr>
      <w:tr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🔁 משוב ורפלקציה</w:t>
            </w:r>
          </w:p>
        </w:tc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</w:tc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2C2FB8"/>
          <w:sz w:val="26"/>
          <w:rtl/>
          <w:szCs w:val="26"/>
          <w:bCs/>
        </w:rPr>
        <w:t>איזה עיקרון הכי חסר היום בשיעורים שלי? למה?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3D3FD6"/>
          <w:sz w:val="31"/>
          <w:rtl/>
          <w:szCs w:val="31"/>
          <w:bCs/>
        </w:rPr>
        <w:t>חלק ב׳ – תכנון היחידה שלי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0"/>
        <w:gridCol w:w="5100"/>
      </w:tblGrid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נושא היחידה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</w:tc>
      </w:tr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שכבה ומסלולים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</w:tc>
      </w:tr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מספר שיעורים ואורך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</w:tc>
      </w:tr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משימת סיכום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2C2FB8"/>
          <w:sz w:val="26"/>
          <w:rtl/>
          <w:szCs w:val="26"/>
          <w:bCs/>
        </w:rPr>
        <w:t>המטרות שלי (פועל + תוכן)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2C2FB8"/>
          <w:sz w:val="26"/>
          <w:rtl/>
          <w:szCs w:val="26"/>
          <w:bCs/>
        </w:rPr>
        <w:t>מפת התחנות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#</w:t>
            </w:r>
          </w:p>
        </w:tc>
        <w:tc>
          <w:tcPr>
            <w:tcW w:type="dxa" w:w="20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שם התחנה</w:t>
            </w:r>
          </w:p>
        </w:tc>
        <w:tc>
          <w:tcPr>
            <w:tcW w:type="dxa" w:w="20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מטרה קטנה</w:t>
            </w:r>
          </w:p>
        </w:tc>
        <w:tc>
          <w:tcPr>
            <w:tcW w:type="dxa" w:w="20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משימה</w:t>
            </w:r>
          </w:p>
        </w:tc>
        <w:tc>
          <w:tcPr>
            <w:tcW w:type="dxa" w:w="20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בדיקה</w:t>
            </w:r>
          </w:p>
        </w:tc>
      </w:tr>
      <w:tr>
        <w:tc>
          <w:tcPr>
            <w:tcW w:type="dxa" w:w="20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</w:t>
            </w:r>
          </w:p>
        </w:tc>
        <w:tc>
          <w:tcPr>
            <w:tcW w:type="dxa" w:w="20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</w:tc>
        <w:tc>
          <w:tcPr>
            <w:tcW w:type="dxa" w:w="20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</w:tc>
        <w:tc>
          <w:tcPr>
            <w:tcW w:type="dxa" w:w="20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</w:tc>
        <w:tc>
          <w:tcPr>
            <w:tcW w:type="dxa" w:w="20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</w:tc>
      </w:tr>
      <w:tr>
        <w:tc>
          <w:tcPr>
            <w:tcW w:type="dxa" w:w="20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2</w:t>
            </w:r>
          </w:p>
        </w:tc>
        <w:tc>
          <w:tcPr>
            <w:tcW w:type="dxa" w:w="20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</w:tc>
        <w:tc>
          <w:tcPr>
            <w:tcW w:type="dxa" w:w="20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</w:tc>
        <w:tc>
          <w:tcPr>
            <w:tcW w:type="dxa" w:w="20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</w:tc>
        <w:tc>
          <w:tcPr>
            <w:tcW w:type="dxa" w:w="20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</w:tc>
      </w:tr>
      <w:tr>
        <w:tc>
          <w:tcPr>
            <w:tcW w:type="dxa" w:w="20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3</w:t>
            </w:r>
          </w:p>
        </w:tc>
        <w:tc>
          <w:tcPr>
            <w:tcW w:type="dxa" w:w="20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</w:tc>
        <w:tc>
          <w:tcPr>
            <w:tcW w:type="dxa" w:w="20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</w:tc>
        <w:tc>
          <w:tcPr>
            <w:tcW w:type="dxa" w:w="20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</w:tc>
        <w:tc>
          <w:tcPr>
            <w:tcW w:type="dxa" w:w="20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</w:tc>
      </w:tr>
      <w:tr>
        <w:tc>
          <w:tcPr>
            <w:tcW w:type="dxa" w:w="20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4</w:t>
            </w:r>
          </w:p>
        </w:tc>
        <w:tc>
          <w:tcPr>
            <w:tcW w:type="dxa" w:w="20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</w:tc>
        <w:tc>
          <w:tcPr>
            <w:tcW w:type="dxa" w:w="20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</w:tc>
        <w:tc>
          <w:tcPr>
            <w:tcW w:type="dxa" w:w="20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</w:tc>
        <w:tc>
          <w:tcPr>
            <w:tcW w:type="dxa" w:w="20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</w:tc>
      </w:tr>
      <w:tr>
        <w:tc>
          <w:tcPr>
            <w:tcW w:type="dxa" w:w="20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5</w:t>
            </w:r>
          </w:p>
        </w:tc>
        <w:tc>
          <w:tcPr>
            <w:tcW w:type="dxa" w:w="20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</w:tc>
        <w:tc>
          <w:tcPr>
            <w:tcW w:type="dxa" w:w="20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</w:tc>
        <w:tc>
          <w:tcPr>
            <w:tcW w:type="dxa" w:w="20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</w:tc>
        <w:tc>
          <w:tcPr>
            <w:tcW w:type="dxa" w:w="20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2C2FB8"/>
          <w:sz w:val="26"/>
          <w:rtl/>
          <w:szCs w:val="26"/>
          <w:bCs/>
        </w:rPr>
        <w:t>סוגי המשימות שאשלב (סמנו)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☐ חדר בריחה   ☐ קול של דמות   ☐ סרטון קצר   ☐ דף עבודה   ☐ קיר שיתופי   ☐ חידון   ☐ משימת חקר</w:t>
      </w:r>
    </w:p>
    <w:p>
      <w:pPr>
        <w:bidi w:val="1"/>
        <w:jc w:val="right"/>
      </w:pPr>
      <w:r>
        <w:rPr>
          <w:rFonts w:ascii="Arial" w:hAnsi="Arial" w:cs="Arial"/>
          <w:b/>
          <w:color w:val="2C2FB8"/>
          <w:sz w:val="26"/>
          <w:rtl/>
          <w:szCs w:val="26"/>
          <w:bCs/>
        </w:rPr>
        <w:t>התאמות למסלולים בכיתה שלי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0"/>
        <w:gridCol w:w="5100"/>
      </w:tblGrid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מסלול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מה אתאים?</w:t>
            </w:r>
          </w:p>
        </w:tc>
      </w:tr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📘 רגיל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</w:tc>
      </w:tr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💛 חנ״מ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</w:tc>
      </w:tr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🌍 עולים חדשים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</w:tc>
      </w:tr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✨ מתקדמים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3D3FD6"/>
          <w:sz w:val="31"/>
          <w:rtl/>
          <w:szCs w:val="31"/>
          <w:bCs/>
        </w:rPr>
        <w:t>חלק ג׳ – בקשה לכלי שיחה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נסחו בקשה לאפליקציה קטנה שתשרת את היחידה (אפשר להיעזר בבונה הפרומפטים באתר).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0"/>
        <w:gridCol w:w="5100"/>
      </w:tblGrid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שם האפליקציה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</w:tc>
      </w:tr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מטרה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</w:tc>
      </w:tr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קהל יעד ושכבה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</w:tc>
      </w:tr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הקושי שהיא פותרת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</w:tc>
      </w:tr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שדות בטופס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</w:tc>
      </w:tr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מה יופיע בתוצר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</w:tc>
      </w:tr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נגישות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2C2FB8"/>
          <w:sz w:val="26"/>
          <w:rtl/>
          <w:szCs w:val="26"/>
          <w:bCs/>
        </w:rPr>
        <w:t>מה אבדוק לפני שאשתף עם התלמידים?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E8483A"/>
          <w:sz w:val="25"/>
          <w:rtl/>
          <w:szCs w:val="25"/>
          <w:bCs/>
        </w:rPr>
        <w:t>🎫 כרטיס יציאה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לבנה אחת שאקח מחר לכיתה: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שאלה אחת שנשארה לי: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020" w:bottom="907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rial" w:hAnsi="Arial" w:cs="Arial"/>
        <w:b w:val="0"/>
        <w:color w:val="55597A"/>
        <w:sz w:val="18"/>
        <w:rtl/>
        <w:szCs w:val="18"/>
      </w:rPr>
      <w:t>יצרה: רוית ראש בן ישי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</w:pPr>
    <w:r>
      <w:rPr>
        <w:rFonts w:ascii="Arial" w:hAnsi="Arial" w:cs="Arial"/>
        <w:b w:val="0"/>
        <w:color w:val="3D3FD6"/>
        <w:sz w:val="18"/>
        <w:rtl/>
        <w:szCs w:val="18"/>
      </w:rPr>
      <w:t>🧱 דף משתתף/ת – בונים יחידת לימוד דיגיטלית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